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מתהליך לתוצר - טיוטה ומשוב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טיוטה ולמה היא חשובה בתהליך הלמידה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ההבדל בין תהליך לתוצר סופי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מתן וקבלת משוב מועיל לשיפור 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גרסה ראשונה שאפשר לשפר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לקבל משוב ולשפר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תהליך זה כל השלבים, תוצר זה התוצאה הסופית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כדי להראות איך התקדמנו ולמדנו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טיוטה היא גרסה ראשונה שעוד אפשר לשפר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בדיוק תפקיד המשוב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עוזר לשפר את העבודה בהדרגה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בהערכה עצמית התלמיד בודק את עצמו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טיוטה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הערכה עצמית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(גרסה ראשונה שאפשר לשפר)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(הערות שעוזרות להשתפר)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(כל שלבי העבודה)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(העבודה המוגמרת)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(בדיקה עצמית של העבודה)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העבודה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כתיבת טיוטה 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קבלת 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שיפור העבודה לפי המשוב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בדיקה עצמית נוספת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הגשת התוצר הסופי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התלמיד מציין הבדל בין גרסה ראשונה לגרסה משופרת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טיוטה היא גרסה ראשונה שאפשר לשפר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משוב נותן הערות שעוזרות לתקן ולהשתפר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תהליך כולל את כל השלבים, תוצר הוא התוצאה בסוף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דוגמה אמיתית של טיוטה מול תוצר סופי מעבודה כיתתית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לשתף טיוטות ולתת משוב זה לזה בזוגות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מומלץ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מתהליך לתוצר - טיוטה ומשוב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תהליך העבודה - מהטיוטה הראשונה ועד התוצר הסופי, ונבין למה משוב ושיפור חשובים כל כך בדרך ללמידה טובה.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טיוטה?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העבודה הסופית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גרסה ראשונה שאפשר לשפר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עבודה של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בחינה סופית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כדאי לעשות אחרי שכותבים טיוטה?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לזרוק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להגיש אותה מיד בלי לבדוק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לקבל משוב ולשפר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להעתיק מחבר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תהליך לתוצר?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תהליך זה כל השלבים, תוצר זה התוצאה הסופית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תהליך זה רק הציון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תוצר זה הטיוטה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חשוב לתעד את שלבי העבודה?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להעתיק מחבר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להראות איך התקדמנו ולמדנו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לסיים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בכך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טיוטה היא תמיד העבודה הכי טובה שאפשר לכתוב.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משוב טוב עוזר לדעת מה כדאי לשפר בעבודה.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תמיד לכתוב טיוטה לפני התוצר הסופי.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הערכה עצמית פירושה שרק המורה בודקת את העבודה.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היא הגרסה הראשונה של העבודה, שאפשר עוד לשפר.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קיבלנו __________ מהמורה כדי לשפר את העבודה.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 השלבים מההתחלה ועד הסוף נקראים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לבדוק בעצמנו איך עשינו את העבודה אנחנו עושים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טיוטה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הערות שעוזרות להשתפר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בדיקה עצמית של העבודה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תהליך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העבודה המוגמרת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תוצר סופי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גרסה ראשונה שאפשר לשפר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הערכה עצמית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כל שלבי העבודה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העבודה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הגשת התוצר הסופי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בדיקה עצמית נוספת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קבלת משוב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טיוטה ראשונה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שיפור העבודה לפי המשוב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תנו דוגמה לטיוטה ולתוצר סופי מעבודה שעשיתם לאחרונה.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טיוטה?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משוב עוזר לשפר עבודה?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תהליך לתוצר סופי?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מתהליך לתוצר - טיוטה ומשוב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