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טיוטה ולמה היא חשובה בתהליך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תהליך לתוצר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מועיל לשיפור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גרסה ראשונה שאפשר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לקבל משוב ולשפר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תהליך זה כל השלבים, תוצר זה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להראות איך התקדמנו ולמדנו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טיוטה היא גרסה ראשונה שעוד 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עוזר לשפר את העבודה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בהערכה עצמית התלמיד בודק את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הערכה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(גרסה ראשונה שאפשר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(הערות שעוזרות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שלבי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(העבודה המוגמרת)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(בדיקה עצמית של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 עצמית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הגשת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מציין הבדל בין גרסה ראשונה לגרסה משופרת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טיוטה היא גרסה ראשונה שאפשר לשפר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נותן הערות שעוזרות לתקן ולהשתפר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את כל השלבים, תוצר הוא התוצאה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טיוטה מול תוצר סופי מעבודה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טיוטות ולתת משוב זה לזה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טיוטה. טיוטה היא הניסיון הראשון בעבודה. אפשר לשפר אותה עם עזרה ומשוב, עד שמגיעים לתוצר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 של עבודה, עוד לא מוכנה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סופי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המוגמרת בסוף התהליך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מההתחלה ועד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את העבודה טובה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בעצמי איך עשיתי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קצרות לבדיקת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העבודה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גרסה ראשונה שאפשר לשפר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אחרי שכותבים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להגיש אותה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משוב ולשפר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תהליך לתוצאה?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זה כל השלבים, תוצר זה התוצאה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זה רק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זה הטיוטה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לשמור את כל השלבים?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איך התקדמנו ולמדנו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טיוטה היא תמיד העבודה הכי טובה שאפשר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עוזר לדעת מה כדאי לשפר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תמיד לכתוב טיוטה לפני התוצר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עצמית פירושה שרק המורה בודקת את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הגרסה הראשונה של העבודה, שאפשר עוד לשפר.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קיבלנו __________ מהמורה כדי לשפר את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השלבים מההתחלה ועד הסוף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לבדוק בעצמנו איך עשינו את העבודה אנחנו עושים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שלבי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גרסה ראשונה שאפשר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העבודה המוגמרת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תוצר 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עצמית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הערות שעוזרות להשתפר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עצמית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העבודה לפי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הגשת התוצר הסופי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לטיוטה ולתוצר סופי מעבודה שעשיתם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משוב עוזר לשפר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תהליך לתוצר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מתהליך לתוצר - טיוטה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