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מתהליך לתוצר - טיוטה ומשוב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טיוטה ולמה היא חשובה בתהליך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תהליך לתוצר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מתן וקבלת משוב מועיל לשיפור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גרסה ראשונה שאפשר לשפר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לקבל משוב ולשפר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טיוטה היא גרסה ראשונה שעוד אפשר לשפר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 המשוב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(גרסה ראשונה שאפשר לשפר)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(הערות שעוזרות להשתפר)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שלבי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(העבודה המוגמרת)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טיוטה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קבלת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שיפור העבודה לפי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בדיקה עצמית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התלמיד מציין הבדל בין גרסה ראשונה לגרסה משופרת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טיוטה היא גרסה ראשונה שאפשר לשפר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משוב נותן הערות שעוזרות לתקן ולהשתפר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כולל את כל השלבים, תוצר הוא התוצאה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אמיתית של טיוטה מול תוצר סופי מעבודה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טיוטות ולתת משוב זה לזה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מתהליך לתוצר - טיוטה ומשוב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תהליך העבודה - מהטיוטה הראשונה ועד התוצר הסופי, ונבין למה משוב ושיפור חשובים כל כך בדרך ללמידה טובה.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טיוטה  ·  משוב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טיוטה?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העבודה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גרסה ראשונה שאפשר לשפר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עבודה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כדאי לעשות אחרי שכותבים טיוטה?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לזרוק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להגיש אותה מיד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לקבל משוב ולשפר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טיוטה היא תמיד העבודה הכי טובה שאפשר לכתוב.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משוב טוב עוזר לדעת מה כדאי לשפר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היא הגרסה הראשונה של העבודה, שאפשר עוד לשפר.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קיבלנו __________ מהמורה כדי לשפר את העבודה.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 שלבי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גרסה ראשונה שאפשר לשפר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העבודה המוגמרת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תוצר סופי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הערות שעוזרות להשתפר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העבודה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קבלת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בדיקה עצמית נוספת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טיוטה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שיפור העבודה לפי המשוב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לטיוטה ולתוצר סופי מעבודה שעשיתם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טיוטה?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משוב עוזר לשפר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מתהליך לתוצר - טיוטה ומשוב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